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תקציב עם הכנסות, הוצאות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יתרה ולבדוק אם תקציב מאוזן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הכרחי לחיים, 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הוצאות קבועות, הוצאות משתנות וחיסכון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הסעה, כניסה ואוכל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ההפרש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הכרחי לחיים, ורצון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תקציב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חיסכון הוא כסף ששומרים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חוזרת כל חודש בסכום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לעמוד בתקציב שנקבע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(תוכנית לניהול הכנסות והוצאות)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הכרחי לקיום, כמו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שרוצים אך אינו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(הוצאה שמשתנה מחודש לחודש, כמו בילויים)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(כסף שמפרישים לשימוש עתידי)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 הגיוני עם חלוקה לשלושה סעיפים, חישוב נכון וסיכום האם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כללים הגיוניים עם נימוק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נכון בין קבוע למשתנה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הכנסות פחות 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ללוח הבחירה המקורי ולתת לתלמידים לבחור משבצות לפי רמת קושי ונקודות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שאלות ההתאמה וההשלמה בזוגות כדי לעודד דיון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את חלק הכתיבה בכיתה ולהשוות בין תקציבים שונים שהתלמידים 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כסף: מה צריך ומה רוצים, איך בונים תקציב, ואיך בודקים אם יש מספיק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נכנס וכמה 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שמקבלים, למשל דמי כיס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שחוזרת כל חודש בסכום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 משתנה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שמשתנה מחודש לחודש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ששמים בצד לשימוש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לחיים, כמו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הוא לא הכרחי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ההפרש בין ההכנסות להוצאות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דבר שחייבים לדבר שרוצים?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הכרחי לחיים, רצון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עולה יותר כסף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קשור רק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לכלול בתקציב חודשי?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הוצאות משתנות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הוצאות קבועות, הוצאות משתנות וחיסכון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קניית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הוצאות יש לטיול של יום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הסעה, כניסה ואוכל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בתקציב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שווה משימה קשה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יתרה?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ההפרש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כל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כל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הכסף שהוצאנו על בילויים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ורצון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מאוזן הוא תקציב שבו ההוצאות לא עולות על ההכנסות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שמוציאים מיד על קניות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על שכר דירה היא דוגמה להוצאה קבועה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כשמתכננים תקציב לטיול כיתתי, אפשר להתעלם מהסכום שנקבע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תוכנית שמראה כמה כסף נכנס וכמה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ששמים בצד לשימוש עתידי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הוצאה על חשמל שחוזרת כל חודש נחשבת הוצאה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הכרחי לקיום, כמו מזון,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ההפרש בין ההכנסות להוצאות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הוצאה שמשתנה מחודש לחודש, כמו בילויים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תוכנית לניהול הכנסות והוצאות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שמפרישים לשימוש עתידי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הוצאה משתנה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שרוצים אך אינו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הכרחי לקיום, כמו 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תקציב חודשי לנער או נערה עם 300 שח דמי כיס, כולל הוצאות קבועות, הוצאות משתנות וחיסכון. בדקו אם התקציב מאוזן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כללים לניהול כסף שהייתם ממליצים לעצמכם בעתיד, ולכל כלל נימוק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הוצאה קבועה להוצאה משתנה?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יתרה בתקציב?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